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队列知识点讲义</w:t>
      </w:r>
    </w:p>
    <w:p>
      <w:r>
        <w:rPr>
          <w:b/>
        </w:rPr>
        <w:t>FIFO  入队与出队  C++17  洛谷例题</w:t>
      </w:r>
    </w:p>
    <w:p>
      <w:r>
        <w:rPr>
          <w:b w:val="0"/>
        </w:rPr>
        <w:t>适用对象：已学习变量、数组、判断和循环的 C++ 初学者。本讲通过排队场景、操作图示和两道模拟题，帮助你理解队列的处理规则，并能够独立编写程序。</w:t>
      </w:r>
    </w:p>
    <w:p>
      <w:r>
        <w:rPr>
          <w:b w:val="0"/>
        </w:rPr>
        <w:t>学习目标：说清楚先进先出的含义；区分读取队首与出队；掌握 queue 的常用操作；用队列模拟轮流报数和内存淘汰。</w:t>
      </w:r>
    </w:p>
    <w:p>
      <w:pPr>
        <w:pStyle w:val="Heading1"/>
      </w:pPr>
      <w:r>
        <w:t>一 从生活中的排队说起</w:t>
      </w:r>
    </w:p>
    <w:p>
      <w:r>
        <w:rPr>
          <w:b w:val="0"/>
        </w:rPr>
        <w:t>食堂只有一个打饭窗口，小明、小红、小刚依次来排队。小明最先到，所以最先打饭离开；后来的人排到末尾，等待前面的人处理完。</w:t>
      </w:r>
    </w:p>
    <w:p>
      <w:r>
        <w:rPr>
          <w:b/>
        </w:rPr>
        <w:t>窗口在左侧  新来的人排在右侧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队首  →  [小明]  [小红]  [小刚]  ←  队尾</w:t>
      </w:r>
    </w:p>
    <w:p>
      <w:r>
        <w:rPr>
          <w:b w:val="0"/>
        </w:rPr>
        <w:t>这种先来先服务的处理方式，就是队列的基本思想。按提交顺序处理的打印任务、按到达顺序处理的请求，以及广度优先搜索中等待访问的结点，都可以使用队列。</w:t>
      </w:r>
    </w:p>
    <w:p>
      <w:pPr>
        <w:pStyle w:val="Heading1"/>
      </w:pPr>
      <w:r>
        <w:t>二 队列与 FIFO</w:t>
      </w:r>
    </w:p>
    <w:p>
      <w:r>
        <w:rPr>
          <w:b w:val="0"/>
        </w:rPr>
        <w:t>队列是一种只允许在一端插入、在另一端删除元素的线性数据结构。队首 front 是删除端，队尾 rear 或 back 是插入端。后面的图示统一为左队首、右队尾。</w:t>
      </w:r>
    </w:p>
    <w:p>
      <w:r>
        <w:rPr>
          <w:b/>
        </w:rPr>
        <w:t>FIFO 是 First In, First Out 的缩写，中文为先进先出：先进入队列的元素，先离开队列。它比较入队时间，不比较数值大小。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1"/>
        </w:rPr>
        <w:t>入队顺序：30 → 10 → 20</w:t>
        <w:br/>
        <w:t>出队顺序：30 → 10 → 20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3770"/>
        <w:gridCol w:w="3770"/>
      </w:tblGrid>
      <w:tr>
        <w:trPr>
          <w:cantSplit/>
          <w:tblHeader/>
        </w:trPr>
        <w:tc>
          <w:tcPr>
            <w:tcW w:type="dxa" w:w="2098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比较项目</w:t>
            </w:r>
          </w:p>
        </w:tc>
        <w:tc>
          <w:tcPr>
            <w:tcW w:type="dxa" w:w="3770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队列 queue</w:t>
            </w:r>
          </w:p>
        </w:tc>
        <w:tc>
          <w:tcPr>
            <w:tcW w:type="dxa" w:w="3770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栈 stack</w:t>
            </w:r>
          </w:p>
        </w:tc>
      </w:tr>
      <w:tr>
        <w:trPr>
          <w:cantSplit/>
        </w:trPr>
        <w:tc>
          <w:tcPr>
            <w:tcW w:type="dxa" w:w="209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规则</w:t>
            </w:r>
          </w:p>
        </w:tc>
        <w:tc>
          <w:tcPr>
            <w:tcW w:type="dxa" w:w="377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先进先出 FIFO</w:t>
            </w:r>
          </w:p>
        </w:tc>
        <w:tc>
          <w:tcPr>
            <w:tcW w:type="dxa" w:w="377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后进先出 LIFO</w:t>
            </w:r>
          </w:p>
        </w:tc>
      </w:tr>
      <w:tr>
        <w:trPr>
          <w:cantSplit/>
        </w:trPr>
        <w:tc>
          <w:tcPr>
            <w:tcW w:type="dxa" w:w="2098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插入与删除</w:t>
            </w:r>
          </w:p>
        </w:tc>
        <w:tc>
          <w:tcPr>
            <w:tcW w:type="dxa" w:w="3770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队尾插入，队首删除</w:t>
            </w:r>
          </w:p>
        </w:tc>
        <w:tc>
          <w:tcPr>
            <w:tcW w:type="dxa" w:w="3770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都在栈顶</w:t>
            </w:r>
          </w:p>
        </w:tc>
      </w:tr>
      <w:tr>
        <w:trPr>
          <w:cantSplit/>
        </w:trPr>
        <w:tc>
          <w:tcPr>
            <w:tcW w:type="dxa" w:w="209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放入 1、2、3 后取出</w:t>
            </w:r>
          </w:p>
        </w:tc>
        <w:tc>
          <w:tcPr>
            <w:tcW w:type="dxa" w:w="377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1、2、3</w:t>
            </w:r>
          </w:p>
        </w:tc>
        <w:tc>
          <w:tcPr>
            <w:tcW w:type="dxa" w:w="377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3、2、1</w:t>
            </w:r>
          </w:p>
        </w:tc>
      </w:tr>
      <w:tr>
        <w:trPr>
          <w:cantSplit/>
        </w:trPr>
        <w:tc>
          <w:tcPr>
            <w:tcW w:type="dxa" w:w="2098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生活类比</w:t>
            </w:r>
          </w:p>
        </w:tc>
        <w:tc>
          <w:tcPr>
            <w:tcW w:type="dxa" w:w="3770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排队打饭</w:t>
            </w:r>
          </w:p>
        </w:tc>
        <w:tc>
          <w:tcPr>
            <w:tcW w:type="dxa" w:w="3770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一摞盘子</w:t>
            </w:r>
          </w:p>
        </w:tc>
      </w:tr>
    </w:tbl>
    <w:p>
      <w:pPr>
        <w:pStyle w:val="Heading1"/>
        <w:pageBreakBefore/>
      </w:pPr>
      <w:r>
        <w:t>三 入队与出队的过程</w:t>
      </w:r>
    </w:p>
    <w:p>
      <w:pPr>
        <w:pStyle w:val="Heading2"/>
      </w:pPr>
      <w:r>
        <w:t>入队是在队尾添加元素</w:t>
      </w:r>
    </w:p>
    <w:p>
      <w:r>
        <w:rPr>
          <w:b w:val="0"/>
        </w:rPr>
        <w:t>从空队列开始，依次插入 10、20、30。每成功入队一个元素，长度增加 1，原有元素之间的顺序保持不变。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初始：       []</w:t>
        <w:br/>
        <w:t>10 入队：    [10]</w:t>
        <w:br/>
        <w:t>20 入队：    [10] [20]</w:t>
        <w:br/>
        <w:t>30 入队：    [10] [20] [30]</w:t>
        <w:br/>
        <w:t xml:space="preserve">              ↑         ↑</w:t>
        <w:br/>
        <w:t xml:space="preserve">             队首      队尾</w:t>
      </w:r>
    </w:p>
    <w:p>
      <w:r>
        <w:rPr>
          <w:b w:val="0"/>
        </w:rPr>
        <w:t>队列只有一个元素时，这个元素既是队首，也是队尾。</w:t>
      </w:r>
    </w:p>
    <w:p>
      <w:pPr>
        <w:pStyle w:val="Heading2"/>
      </w:pPr>
      <w:r>
        <w:t>出队是删除队首元素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原队列：     [10] [20] [30]</w:t>
        <w:br/>
        <w:t>删除 10：    [20] [30]</w:t>
        <w:br/>
        <w:t>删除 20：    [30]</w:t>
        <w:br/>
        <w:t>删除 30：    []</w:t>
      </w:r>
    </w:p>
    <w:p>
      <w:r>
        <w:rPr>
          <w:b w:val="0"/>
        </w:rPr>
        <w:t>每次删除当前队首，长度减少 1。空队列不能继续出队。图中的顺序表示逻辑顺序，不意味着程序必须把全部元素向左移动。</w:t>
      </w:r>
    </w:p>
    <w:p>
      <w:pPr>
        <w:pStyle w:val="Heading2"/>
      </w:pPr>
      <w:r>
        <w:t>读取队首与出队不同</w:t>
      </w:r>
    </w:p>
    <w:p>
      <w:r>
        <w:rPr>
          <w:b w:val="0"/>
        </w:rPr>
        <w:t>读取 front() 只是取得当前队首的值；出队 pop() 则删除这个元素。要处理一个元素，常见顺序是先保存它，再删除它。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int x = q.front();</w:t>
        <w:br/>
        <w:t>q.pop();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2835"/>
        <w:gridCol w:w="1304"/>
        <w:gridCol w:w="1304"/>
        <w:gridCol w:w="1304"/>
      </w:tblGrid>
      <w:tr>
        <w:trPr>
          <w:cantSplit/>
          <w:tblHeader/>
        </w:trPr>
        <w:tc>
          <w:tcPr>
            <w:tcW w:type="dxa" w:w="2891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操作</w:t>
            </w:r>
          </w:p>
        </w:tc>
        <w:tc>
          <w:tcPr>
            <w:tcW w:type="dxa" w:w="2835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操作后的队列</w:t>
            </w:r>
          </w:p>
        </w:tc>
        <w:tc>
          <w:tcPr>
            <w:tcW w:type="dxa" w:w="1304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队首</w:t>
            </w:r>
          </w:p>
        </w:tc>
        <w:tc>
          <w:tcPr>
            <w:tcW w:type="dxa" w:w="1304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队尾</w:t>
            </w:r>
          </w:p>
        </w:tc>
        <w:tc>
          <w:tcPr>
            <w:tcW w:type="dxa" w:w="1304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长度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初始</w:t>
            </w:r>
          </w:p>
        </w:tc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空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无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无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0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10、20、30 依次入队</w:t>
            </w:r>
          </w:p>
        </w:tc>
        <w:tc>
          <w:tcPr>
            <w:tcW w:type="dxa" w:w="283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10、20、30</w:t>
            </w:r>
          </w:p>
        </w:tc>
        <w:tc>
          <w:tcPr>
            <w:tcW w:type="dxa" w:w="130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30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30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出队</w:t>
            </w:r>
          </w:p>
        </w:tc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20、30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40 入队</w:t>
            </w:r>
          </w:p>
        </w:tc>
        <w:tc>
          <w:tcPr>
            <w:tcW w:type="dxa" w:w="283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20、30、40</w:t>
            </w:r>
          </w:p>
        </w:tc>
        <w:tc>
          <w:tcPr>
            <w:tcW w:type="dxa" w:w="130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30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130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再次出队</w:t>
            </w:r>
          </w:p>
        </w:tc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30、40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1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</w:t>
            </w:r>
          </w:p>
        </w:tc>
      </w:tr>
    </w:tbl>
    <w:p>
      <w:pPr>
        <w:pStyle w:val="Heading1"/>
        <w:pageBreakBefore/>
      </w:pPr>
      <w:r>
        <w:t>四 C++ 标准库 queue</w:t>
      </w:r>
    </w:p>
    <w:p>
      <w:pPr>
        <w:pStyle w:val="Heading2"/>
      </w:pPr>
      <w:r>
        <w:t>创建队列与常用操作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#include &lt;queue&gt;</w:t>
        <w:br/>
        <w:t>using namespace std;</w:t>
        <w:br/>
        <w:t>queue&lt;int&gt; q;</w:t>
      </w:r>
    </w:p>
    <w:p>
      <w:r>
        <w:rPr>
          <w:b w:val="0"/>
        </w:rPr>
        <w:t>int 是队列中的元素类型，q 是队列名称。创建后队列为空。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3175"/>
        <w:gridCol w:w="4139"/>
      </w:tblGrid>
      <w:tr>
        <w:trPr>
          <w:cantSplit/>
          <w:tblHeader/>
        </w:trPr>
        <w:tc>
          <w:tcPr>
            <w:tcW w:type="dxa" w:w="2324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写法</w:t>
            </w:r>
          </w:p>
        </w:tc>
        <w:tc>
          <w:tcPr>
            <w:tcW w:type="dxa" w:w="3175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作用</w:t>
            </w:r>
          </w:p>
        </w:tc>
        <w:tc>
          <w:tcPr>
            <w:tcW w:type="dxa" w:w="4139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注意事项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q.push(x)</w:t>
            </w:r>
          </w:p>
        </w:tc>
        <w:tc>
          <w:tcPr>
            <w:tcW w:type="dxa" w:w="317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将 x 加入队尾</w:t>
            </w:r>
          </w:p>
        </w:tc>
        <w:tc>
          <w:tcPr>
            <w:tcW w:type="dxa" w:w="413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长度增加 1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q.pop()</w:t>
            </w:r>
          </w:p>
        </w:tc>
        <w:tc>
          <w:tcPr>
            <w:tcW w:type="dxa" w:w="317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删除队首</w:t>
            </w:r>
          </w:p>
        </w:tc>
        <w:tc>
          <w:tcPr>
            <w:tcW w:type="dxa" w:w="4139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无返回值，必须非空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q.front()</w:t>
            </w:r>
          </w:p>
        </w:tc>
        <w:tc>
          <w:tcPr>
            <w:tcW w:type="dxa" w:w="317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读取队首</w:t>
            </w:r>
          </w:p>
        </w:tc>
        <w:tc>
          <w:tcPr>
            <w:tcW w:type="dxa" w:w="413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不删除，必须非空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q.back()</w:t>
            </w:r>
          </w:p>
        </w:tc>
        <w:tc>
          <w:tcPr>
            <w:tcW w:type="dxa" w:w="317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读取队尾</w:t>
            </w:r>
          </w:p>
        </w:tc>
        <w:tc>
          <w:tcPr>
            <w:tcW w:type="dxa" w:w="4139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不删除，必须非空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q.empty()</w:t>
            </w:r>
          </w:p>
        </w:tc>
        <w:tc>
          <w:tcPr>
            <w:tcW w:type="dxa" w:w="317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判断是否为空</w:t>
            </w:r>
          </w:p>
        </w:tc>
        <w:tc>
          <w:tcPr>
            <w:tcW w:type="dxa" w:w="413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空时返回 true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q.size()</w:t>
            </w:r>
          </w:p>
        </w:tc>
        <w:tc>
          <w:tcPr>
            <w:tcW w:type="dxa" w:w="317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获取元素个数</w:t>
            </w:r>
          </w:p>
        </w:tc>
        <w:tc>
          <w:tcPr>
            <w:tcW w:type="dxa" w:w="4139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返回无符号整数类型</w:t>
            </w:r>
          </w:p>
        </w:tc>
      </w:tr>
    </w:tbl>
    <w:p>
      <w:pPr>
        <w:spacing w:before="120"/>
      </w:pPr>
      <w:r>
        <w:rPr>
          <w:b w:val="0"/>
        </w:rPr>
        <w:t>在这里使用的默认 std::queue 实现中，这些基本操作的时间复杂度均为 O(1)。普通 queue 不支持 q[i] 随机访问，也不提供直接遍历用的迭代器。</w:t>
      </w:r>
    </w:p>
    <w:p>
      <w:pPr>
        <w:pStyle w:val="Heading2"/>
      </w:pPr>
      <w:r>
        <w:t>安全地读取并删除队首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if (!q.empty()) {</w:t>
        <w:br/>
        <w:t xml:space="preserve">    int x = q.front();</w:t>
        <w:br/>
        <w:t xml:space="preserve">    q.pop();</w:t>
        <w:br/>
        <w:t xml:space="preserve">    cout &lt;&lt; x &lt;&lt; '\n';</w:t>
        <w:br/>
        <w:t>}</w:t>
      </w:r>
    </w:p>
    <w:p>
      <w:r>
        <w:rPr>
          <w:b w:val="0"/>
        </w:rPr>
        <w:t>front()、back()、pop() 都要求队列非空。不要把 pop() 写成 int x = q.pop()，因为 pop() 没有返回值。</w:t>
      </w:r>
    </w:p>
    <w:p>
      <w:pPr>
        <w:pStyle w:val="Heading2"/>
      </w:pPr>
      <w:r>
        <w:t>逐个取出所有元素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while (!q.empty()) {</w:t>
        <w:br/>
        <w:t xml:space="preserve">    cout &lt;&lt; q.front() &lt;&lt; ' ';</w:t>
        <w:br/>
        <w:t xml:space="preserve">    q.pop();</w:t>
        <w:br/>
        <w:t>}</w:t>
      </w:r>
    </w:p>
    <w:p>
      <w:r>
        <w:rPr>
          <w:b w:val="0"/>
        </w:rPr>
        <w:t>循环会清空原队列。如果只是想查看内容，可以先复制队列，再操作副本。复制需要额外的时间和空间，下一页展示写法。</w:t>
      </w:r>
    </w:p>
    <w:p>
      <w:pPr>
        <w:pStyle w:val="Heading1"/>
        <w:pageBreakBefore/>
      </w:pPr>
      <w:r>
        <w:t>五 完整代码演示</w:t>
      </w:r>
    </w:p>
    <w:p>
      <w:r>
        <w:rPr>
          <w:b w:val="0"/>
        </w:rPr>
        <w:t>下面的程序依次演示入队、读取两端、求长度、删除队首，以及遍历并清空队列。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18"/>
        </w:rPr>
        <w:t>#include &lt;iostream&gt;</w:t>
        <w:br/>
        <w:t>#include &lt;queue&gt;</w:t>
        <w:br/>
        <w:t>using namespace std;</w:t>
        <w:br/>
        <w:br/>
        <w:t>int main() {</w:t>
        <w:br/>
        <w:t xml:space="preserve">    queue&lt;int&gt; q;</w:t>
        <w:br/>
        <w:t xml:space="preserve">    q.push(10);</w:t>
        <w:br/>
        <w:t xml:space="preserve">    q.push(20);</w:t>
        <w:br/>
        <w:t xml:space="preserve">    q.push(30);</w:t>
        <w:br/>
        <w:t xml:space="preserve">    cout &lt;&lt; "front = " &lt;&lt; q.front() &lt;&lt; '\n';</w:t>
        <w:br/>
        <w:t xml:space="preserve">    cout &lt;&lt; "back = " &lt;&lt; q.back() &lt;&lt; '\n';</w:t>
        <w:br/>
        <w:t xml:space="preserve">    cout &lt;&lt; "size = " &lt;&lt; q.size() &lt;&lt; '\n';</w:t>
        <w:br/>
        <w:br/>
        <w:t xml:space="preserve">    int x = q.front();</w:t>
        <w:br/>
        <w:t xml:space="preserve">    q.pop();</w:t>
        <w:br/>
        <w:t xml:space="preserve">    cout &lt;&lt; "removed = " &lt;&lt; x &lt;&lt; '\n';</w:t>
        <w:br/>
        <w:t xml:space="preserve">    q.push(40);</w:t>
        <w:br/>
        <w:br/>
        <w:t xml:space="preserve">    cout &lt;&lt; "remaining:";</w:t>
        <w:br/>
        <w:t xml:space="preserve">    while (!q.empty()) {</w:t>
        <w:br/>
        <w:t xml:space="preserve">        cout &lt;&lt; ' ' &lt;&lt; q.front();</w:t>
        <w:br/>
        <w:t xml:space="preserve">        q.pop();</w:t>
        <w:br/>
        <w:t xml:space="preserve">    }</w:t>
        <w:br/>
        <w:t xml:space="preserve">    cout &lt;&lt; '\n';</w:t>
        <w:br/>
        <w:t xml:space="preserve">    cout &lt;&lt; "empty = " &lt;&lt; q.empty() &lt;&lt; '\n';</w:t>
        <w:br/>
        <w:t xml:space="preserve">    return 0;</w:t>
        <w:br/>
        <w:t>}</w:t>
      </w:r>
    </w:p>
    <w:p>
      <w:pPr>
        <w:pStyle w:val="Heading2"/>
      </w:pPr>
      <w:r>
        <w:t>运行结果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0"/>
        </w:rPr>
        <w:t>front = 10</w:t>
        <w:br/>
        <w:t>back = 30</w:t>
        <w:br/>
        <w:t>size = 3</w:t>
        <w:br/>
        <w:t>removed = 10</w:t>
        <w:br/>
        <w:t>remaining: 20 30 40</w:t>
        <w:br/>
        <w:t>empty = 1</w:t>
      </w:r>
    </w:p>
    <w:p>
      <w:r>
        <w:rPr>
          <w:b w:val="0"/>
        </w:rPr>
        <w:t>三次入队后为 [10, 20, 30]。删除 10，再插入 40，得到 [20, 30, 40]。循环依次输出并删除它们，最后 empty() 返回 true，默认输出为 1。</w:t>
      </w:r>
    </w:p>
    <w:p>
      <w:pPr>
        <w:pStyle w:val="Heading2"/>
      </w:pPr>
      <w:r>
        <w:t>保留原队列的遍历写法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18"/>
        </w:rPr>
        <w:t>queue&lt;int&gt; temp = q;</w:t>
        <w:br/>
        <w:t>while (!temp.empty()) {</w:t>
        <w:br/>
        <w:t xml:space="preserve">    cout &lt;&lt; temp.front() &lt;&lt; ' ';</w:t>
        <w:br/>
        <w:t xml:space="preserve">    temp.pop();</w:t>
        <w:br/>
        <w:t>}</w:t>
      </w:r>
    </w:p>
    <w:p>
      <w:pPr>
        <w:pStyle w:val="Heading1"/>
        <w:pageBreakBefore/>
      </w:pPr>
      <w:r>
        <w:t>六 用数组理解队列</w:t>
      </w:r>
    </w:p>
    <w:p>
      <w:pPr>
        <w:pStyle w:val="Heading2"/>
      </w:pPr>
      <w:r>
        <w:t>两个下标的约定</w:t>
      </w:r>
    </w:p>
    <w:p>
      <w:r>
        <w:rPr>
          <w:b w:val="0"/>
        </w:rPr>
        <w:t>head 指向当前队首；tail 指向下一个待插入的位置。有效元素位于左闭右开区间 [head, tail)。非空时，队尾元素是 a[tail - 1]。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int head = 0;</w:t>
        <w:br/>
        <w:t>int tail = 0;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  <w:tblHeader/>
        </w:trPr>
        <w:tc>
          <w:tcPr>
            <w:tcW w:type="dxa" w:w="2835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操作</w:t>
            </w:r>
          </w:p>
        </w:tc>
        <w:tc>
          <w:tcPr>
            <w:tcW w:type="dxa" w:w="6803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数组实现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初始化</w:t>
            </w:r>
          </w:p>
        </w:tc>
        <w:tc>
          <w:tcPr>
            <w:tcW w:type="dxa" w:w="680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head = tail = 0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入队</w:t>
            </w:r>
          </w:p>
        </w:tc>
        <w:tc>
          <w:tcPr>
            <w:tcW w:type="dxa" w:w="6803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a[tail++] = x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读取队首</w:t>
            </w:r>
          </w:p>
        </w:tc>
        <w:tc>
          <w:tcPr>
            <w:tcW w:type="dxa" w:w="680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a[head]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出队</w:t>
            </w:r>
          </w:p>
        </w:tc>
        <w:tc>
          <w:tcPr>
            <w:tcW w:type="dxa" w:w="6803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head++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判空</w:t>
            </w:r>
          </w:p>
        </w:tc>
        <w:tc>
          <w:tcPr>
            <w:tcW w:type="dxa" w:w="680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head == tail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长度</w:t>
            </w:r>
          </w:p>
        </w:tc>
        <w:tc>
          <w:tcPr>
            <w:tcW w:type="dxa" w:w="6803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tail - head</w:t>
            </w:r>
          </w:p>
        </w:tc>
      </w:tr>
    </w:tbl>
    <w:p>
      <w:pPr>
        <w:pStyle w:val="Heading2"/>
      </w:pPr>
      <w:r>
        <w:t>插入 10 20 30 后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1"/>
        </w:rPr>
        <w:t>下标       0     1     2     3     4</w:t>
        <w:br/>
        <w:t>数组     [10]  [20]  [30]  [  ]  [  ]</w:t>
        <w:br/>
        <w:t xml:space="preserve">          ↑                 ↑</w:t>
        <w:br/>
        <w:t xml:space="preserve">        head=0            tail=3</w:t>
        <w:br/>
        <w:t>有效区间 [0, 3)，队列内容为 10、20、30</w:t>
      </w:r>
    </w:p>
    <w:p>
      <w:pPr>
        <w:pStyle w:val="Heading2"/>
      </w:pPr>
      <w:r>
        <w:t>删除队首 10 后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1"/>
        </w:rPr>
        <w:t>下标       0     1     2     3     4</w:t>
        <w:br/>
        <w:t>数组     [10]  [20]  [30]  [  ]  [  ]</w:t>
        <w:br/>
        <w:t xml:space="preserve">                ↑           ↑</w:t>
        <w:br/>
        <w:t xml:space="preserve">              head=1      tail=3</w:t>
        <w:br/>
        <w:t>有效区间 [1, 3)，队列内容为 20、30</w:t>
      </w:r>
    </w:p>
    <w:p>
      <w:r>
        <w:rPr>
          <w:b/>
        </w:rPr>
        <w:t>a[0] 中可能仍保留 10，但它已不在有效区间中，因此不再属于队列。出队只需改变 head，不必清零旧位置，也不必移动后面的元素。</w:t>
      </w:r>
    </w:p>
    <w:p>
      <w:pPr>
        <w:pStyle w:val="Heading1"/>
        <w:pageBreakBefore/>
      </w:pPr>
      <w:r>
        <w:t>七 数组容量与队列轮转</w:t>
      </w:r>
    </w:p>
    <w:p>
      <w:pPr>
        <w:pStyle w:val="Heading2"/>
      </w:pPr>
      <w:r>
        <w:t>带边界检查的数组操作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1"/>
        </w:rPr>
        <w:t>const int CAPACITY = 100;</w:t>
        <w:br/>
        <w:t>int a[CAPACITY];</w:t>
        <w:br/>
        <w:t>int head = 0, tail = 0;</w:t>
        <w:br/>
        <w:br/>
        <w:t>if (tail &lt; CAPACITY) {</w:t>
        <w:br/>
        <w:t xml:space="preserve">    a[tail++] = 10;</w:t>
        <w:br/>
        <w:t>}</w:t>
        <w:br/>
        <w:br/>
        <w:t>if (head &lt; tail) {</w:t>
        <w:br/>
        <w:t xml:space="preserve">    int x = a[head++];</w:t>
        <w:br/>
        <w:t xml:space="preserve">    cout &lt;&lt; x &lt;&lt; '\n';</w:t>
        <w:br/>
        <w:t>}</w:t>
      </w:r>
    </w:p>
    <w:p>
      <w:r>
        <w:rPr>
          <w:b w:val="0"/>
        </w:rPr>
        <w:t>这种写法的 tail 只向右移动，已经出队的位置不会自动复用。数组容量需要覆盖累计入队次数，而不仅是同时存在的最大元素数。下面的约瑟夫问题中，同一个人可能反复入队，尤其需要留意这一点。</w:t>
      </w:r>
    </w:p>
    <w:p>
      <w:pPr>
        <w:pStyle w:val="Heading2"/>
      </w:pPr>
      <w:r>
        <w:t>循环队列的基本想法</w:t>
      </w:r>
    </w:p>
    <w:p>
      <w:r>
        <w:rPr>
          <w:b w:val="0"/>
        </w:rPr>
        <w:t>让下标到末尾后回到开头，可以复用空间。例如 tail = (tail + 1) % CAPACITY。完整实现还需要区分队空与队满，常见方法是额外记录元素个数，或保留一个空位。初学做题可先使用标准库 queue。</w:t>
      </w:r>
    </w:p>
    <w:p>
      <w:pPr>
        <w:pStyle w:val="Heading2"/>
      </w:pPr>
      <w:r>
        <w:t>队首移到队尾</w:t>
      </w:r>
    </w:p>
    <w:p>
      <w:r>
        <w:rPr>
          <w:b/>
        </w:rPr>
        <w:t>原队列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队首  →  [1]  [2]  [3]  [4]  [5]  ←  队尾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int x = q.front();</w:t>
        <w:br/>
        <w:t>q.pop();</w:t>
        <w:br/>
        <w:t>q.push(x);</w:t>
      </w:r>
    </w:p>
    <w:p>
      <w:r>
        <w:rPr>
          <w:b/>
        </w:rPr>
        <w:t>执行后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队首  →  [2]  [3]  [4]  [5]  [1]  ←  队尾</w:t>
      </w:r>
    </w:p>
    <w:p>
      <w:r>
        <w:rPr>
          <w:b w:val="0"/>
        </w:rPr>
        <w:t>这个操作表示：队首本次处理结束后仍需保留，于是重新排到最后，等待后面的人处理完。它是下一道例题模拟圆圈的关键。</w:t>
      </w:r>
    </w:p>
    <w:p>
      <w:pPr>
        <w:pStyle w:val="Heading1"/>
        <w:pageBreakBefore/>
      </w:pPr>
      <w:r>
        <w:t>八 洛谷 P1996 约瑟夫问题</w:t>
      </w:r>
    </w:p>
    <w:p>
      <w:r>
        <w:rPr>
          <w:b w:val="0"/>
        </w:rPr>
        <w:t>题目链接：https://www.luogu.com.cn/problem/P1996</w:t>
      </w:r>
    </w:p>
    <w:p>
      <w:pPr>
        <w:pStyle w:val="Heading2"/>
      </w:pPr>
      <w:r>
        <w:t>题意与建模</w:t>
      </w:r>
    </w:p>
    <w:p>
      <w:r>
        <w:rPr>
          <w:b w:val="0"/>
        </w:rPr>
        <w:t>n 个人围成一圈，编号为 1 到 n。从 1 号开始报数，报到 m 的人出圈，下一位从 1 重新报数，直到所有人出圈。要求输出完整出圈顺序，不只是最后留下的人。</w:t>
      </w:r>
    </w:p>
    <w:p>
      <w:r>
        <w:rPr>
          <w:b w:val="0"/>
        </w:rPr>
        <w:t>队列按照接下来报数的顺序保存剩下的人。每轮开始时，队首就是从 1 开始报数的人。把前 m - 1 个人依次移到队尾，再输出并删除当前队首。</w:t>
      </w:r>
    </w:p>
    <w:p>
      <w:pPr>
        <w:pStyle w:val="Heading2"/>
      </w:pPr>
      <w:r>
        <w:t>教学示例 n 等于 5 且 m 等于 3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1"/>
        </w:rPr>
        <w:t>初始：             [1, 2, 3, 4, 5]</w:t>
        <w:br/>
        <w:t>1 报 1，移到队尾： [2, 3, 4, 5, 1]</w:t>
        <w:br/>
        <w:t>2 报 2，移到队尾： [3, 4, 5, 1, 2]</w:t>
        <w:br/>
        <w:t>3 报 3，出圈：     [4, 5, 1, 2]</w:t>
      </w:r>
    </w:p>
    <w:p>
      <w:r>
        <w:rPr>
          <w:b w:val="0"/>
        </w:rPr>
        <w:t>下一轮从 4 开始：4 和 5 依次移到队尾，然后删除 1。新队首自然就是下一轮开始报数的人。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3685"/>
        <w:gridCol w:w="1247"/>
        <w:gridCol w:w="3855"/>
      </w:tblGrid>
      <w:tr>
        <w:trPr>
          <w:cantSplit/>
          <w:tblHeader/>
        </w:trPr>
        <w:tc>
          <w:tcPr>
            <w:tcW w:type="dxa" w:w="850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轮次</w:t>
            </w:r>
          </w:p>
        </w:tc>
        <w:tc>
          <w:tcPr>
            <w:tcW w:type="dxa" w:w="3685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本轮开始时的队列</w:t>
            </w:r>
          </w:p>
        </w:tc>
        <w:tc>
          <w:tcPr>
            <w:tcW w:type="dxa" w:w="1247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出圈者</w:t>
            </w:r>
          </w:p>
        </w:tc>
        <w:tc>
          <w:tcPr>
            <w:tcW w:type="dxa" w:w="3855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出圈后的队列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1、2、3、4、5</w:t>
            </w:r>
          </w:p>
        </w:tc>
        <w:tc>
          <w:tcPr>
            <w:tcW w:type="dxa" w:w="124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85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4、5、1、2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68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4、5、1、2</w:t>
            </w:r>
          </w:p>
        </w:tc>
        <w:tc>
          <w:tcPr>
            <w:tcW w:type="dxa" w:w="1247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85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2、4、5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2、4、5</w:t>
            </w:r>
          </w:p>
        </w:tc>
        <w:tc>
          <w:tcPr>
            <w:tcW w:type="dxa" w:w="124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85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2、4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68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2、4</w:t>
            </w:r>
          </w:p>
        </w:tc>
        <w:tc>
          <w:tcPr>
            <w:tcW w:type="dxa" w:w="1247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85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68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24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85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空</w:t>
            </w:r>
          </w:p>
        </w:tc>
      </w:tr>
    </w:tbl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教学示例输出：3 1 5 2 4</w:t>
      </w:r>
    </w:p>
    <w:p>
      <w:pPr>
        <w:pStyle w:val="Heading2"/>
      </w:pPr>
      <w:r>
        <w:t>算法步骤</w:t>
      </w:r>
    </w:p>
    <w:p>
      <w:r>
        <w:rPr>
          <w:b w:val="0"/>
        </w:rPr>
        <w:t>① 将编号 1 到 n 依次入队。</w:t>
        <w:br/>
        <w:t>② 队列非空时，将队首移到队尾 m - 1 次。</w:t>
        <w:br/>
        <w:t>③ 输出并删除队首，回到第②步。</w:t>
      </w:r>
    </w:p>
    <w:p>
      <w:r>
        <w:rPr>
          <w:b w:val="0"/>
        </w:rPr>
        <w:t>即使只剩一个人，也可以继续取出再入队，直到报到 m 时删除。</w:t>
      </w:r>
    </w:p>
    <w:p>
      <w:pPr>
        <w:pStyle w:val="Heading1"/>
        <w:pageBreakBefore/>
      </w:pPr>
      <w:r>
        <w:t>九 约瑟夫问题的代码与分析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18"/>
        </w:rPr>
        <w:t>#include &lt;iostream&gt;</w:t>
        <w:br/>
        <w:t>#include &lt;queue&gt;</w:t>
        <w:br/>
        <w:t>using namespace std;</w:t>
        <w:br/>
        <w:br/>
        <w:t>int main() {</w:t>
        <w:br/>
        <w:t xml:space="preserve">    int n, m;</w:t>
        <w:br/>
        <w:t xml:space="preserve">    cin &gt;&gt; n &gt;&gt; m;</w:t>
        <w:br/>
        <w:t xml:space="preserve">    queue&lt;int&gt; q;</w:t>
        <w:br/>
        <w:t xml:space="preserve">    for (int i = 1; i &lt;= n; i++) q.push(i);</w:t>
        <w:br/>
        <w:br/>
        <w:t xml:space="preserve">    bool first = true;</w:t>
        <w:br/>
        <w:t xml:space="preserve">    while (!q.empty()) {</w:t>
        <w:br/>
        <w:t xml:space="preserve">        // Move the first m - 1 people to the back.</w:t>
        <w:br/>
        <w:t xml:space="preserve">        for (int i = 1; i &lt; m; i++) {</w:t>
        <w:br/>
        <w:t xml:space="preserve">            int x = q.front();</w:t>
        <w:br/>
        <w:t xml:space="preserve">            q.pop();</w:t>
        <w:br/>
        <w:t xml:space="preserve">            q.push(x);</w:t>
        <w:br/>
        <w:t xml:space="preserve">        }</w:t>
        <w:br/>
        <w:t xml:space="preserve">        if (!first) cout &lt;&lt; ' ';</w:t>
        <w:br/>
        <w:t xml:space="preserve">        cout &lt;&lt; q.front();</w:t>
        <w:br/>
        <w:t xml:space="preserve">        first = false;</w:t>
        <w:br/>
        <w:t xml:space="preserve">        q.pop();</w:t>
        <w:br/>
        <w:t xml:space="preserve">    }</w:t>
        <w:br/>
        <w:t xml:space="preserve">    cout &lt;&lt; '\n';</w:t>
        <w:br/>
        <w:t xml:space="preserve">    return 0;</w:t>
        <w:br/>
        <w:t>}</w:t>
      </w:r>
    </w:p>
    <w:p>
      <w:pPr>
        <w:pStyle w:val="Heading2"/>
      </w:pPr>
      <w:r>
        <w:t>关键细节与正确性</w:t>
      </w:r>
    </w:p>
    <w:p>
      <w:r>
        <w:rPr>
          <w:b w:val="0"/>
        </w:rPr>
        <w:t>内层循环 i &lt; m 恰好执行 m - 1 次。只有报 1 到 m - 1 的人需要移到队尾，报 m 的人直接出圈。每轮删除后，新队首正好是出圈者的下一位，所以不必额外寻找。</w:t>
      </w:r>
    </w:p>
    <w:p>
      <w:r>
        <w:rPr>
          <w:b w:val="0"/>
        </w:rPr>
        <w:t>每轮开始时，队首是下一个报 1 的人；轮转 m - 1 次后，队首是报 m 的人。删除该元素并保持其他人的相对顺序，下一轮仍满足同样条件，因此整个模拟符合题意。</w:t>
      </w:r>
    </w:p>
    <w:p>
      <w:r>
        <w:rPr>
          <w:b w:val="0"/>
        </w:rPr>
        <w:t>m = 1 时，内层循环不执行，每轮直接删除队首，输出 1 到 n。共有 n 轮，每轮约 m 次操作，时间复杂度 O(nm)，空间复杂度 O(n)。原题数据较小，直接模拟适用。</w:t>
      </w:r>
    </w:p>
    <w:p>
      <w:pPr>
        <w:pStyle w:val="Heading2"/>
      </w:pPr>
      <w:r>
        <w:t>原题样例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1"/>
        </w:rPr>
        <w:t>输入：10 3</w:t>
        <w:br/>
        <w:t>输出：3 6 9 2 7 1 8 5 10 4</w:t>
      </w:r>
    </w:p>
    <w:p>
      <w:pPr>
        <w:pStyle w:val="Heading1"/>
        <w:pageBreakBefore/>
      </w:pPr>
      <w:r>
        <w:t>十 洛谷 P1540 机器翻译</w:t>
      </w:r>
    </w:p>
    <w:p>
      <w:r>
        <w:rPr>
          <w:b w:val="0"/>
        </w:rPr>
        <w:t>题目链接：https://www.luogu.com.cn/problem/P1540</w:t>
      </w:r>
    </w:p>
    <w:p>
      <w:pPr>
        <w:pStyle w:val="Heading2"/>
      </w:pPr>
      <w:r>
        <w:t>题意与 FIFO 淘汰</w:t>
      </w:r>
    </w:p>
    <w:p>
      <w:r>
        <w:rPr>
          <w:b w:val="0"/>
        </w:rPr>
        <w:t>翻译软件的内存最多保存 M 个不同单词，开始时为空。依次处理文章的 N 个单词：在内存中就直接使用；不在内存中就查一次外存词典，再加入内存。加入前若内存已满，先删除最早进入内存的单词。求查外存词典的总次数。</w:t>
      </w:r>
    </w:p>
    <w:p>
      <w:r>
        <w:rPr>
          <w:b w:val="0"/>
        </w:rPr>
        <w:t>单词用非负整数表示，编号不超过 1000。最早进入、最先删除，正是 FIFO。队首保存最早存入的单词，队尾保存最近存入的单词。</w:t>
      </w:r>
    </w:p>
    <w:p>
      <w:pPr>
        <w:pStyle w:val="Heading2"/>
      </w:pPr>
      <w:r>
        <w:t>队列与标记数组各自负责什么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rPr>
          <w:cantSplit/>
          <w:tblHeader/>
        </w:trPr>
        <w:tc>
          <w:tcPr>
            <w:tcW w:type="dxa" w:w="3402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结构</w:t>
            </w:r>
          </w:p>
        </w:tc>
        <w:tc>
          <w:tcPr>
            <w:tcW w:type="dxa" w:w="6236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负责的信息</w:t>
            </w:r>
          </w:p>
        </w:tc>
      </w:tr>
      <w:tr>
        <w:trPr>
          <w:cantSplit/>
        </w:trPr>
        <w:tc>
          <w:tcPr>
            <w:tcW w:type="dxa" w:w="340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queue&lt;int&gt; q</w:t>
            </w:r>
          </w:p>
        </w:tc>
        <w:tc>
          <w:tcPr>
            <w:tcW w:type="dxa" w:w="62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保存当前单词的存入顺序，确定淘汰谁</w:t>
            </w:r>
          </w:p>
        </w:tc>
      </w:tr>
      <w:tr>
        <w:trPr>
          <w:cantSplit/>
        </w:trPr>
        <w:tc>
          <w:tcPr>
            <w:tcW w:type="dxa" w:w="3402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bool inMemory[1001] = {}</w:t>
            </w:r>
          </w:p>
        </w:tc>
        <w:tc>
          <w:tcPr>
            <w:tcW w:type="dxa" w:w="6236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判断单词 x 当前是否在内存中</w:t>
            </w:r>
          </w:p>
        </w:tc>
      </w:tr>
    </w:tbl>
    <w:p>
      <w:pPr>
        <w:spacing w:before="120"/>
      </w:pPr>
      <w:r>
        <w:rPr>
          <w:b w:val="0"/>
        </w:rPr>
        <w:t>inMemory[x] 为 true 表示 x 当前在内存中，为 false 表示当前不在。它记录的不是以前是否出现过。被淘汰的单词再次出现时，仍然需要查词典。</w:t>
      </w:r>
    </w:p>
    <w:p>
      <w:pPr>
        <w:pStyle w:val="Heading2"/>
      </w:pPr>
      <w:r>
        <w:t>处理单词 x 的流程</w:t>
      </w:r>
    </w:p>
    <w:p>
      <w:r>
        <w:rPr>
          <w:b w:val="0"/>
        </w:rPr>
        <w:t>① 如果 inMemory[x] 为 true，直接处理下一个单词。</w:t>
        <w:br/>
        <w:t>② 否则查词典次数加 1。</w:t>
        <w:br/>
        <w:t>③ 如果队列长度等于 M，保存并删除队首，同时清除该单词的标记。</w:t>
        <w:br/>
        <w:t>④ 把 x 放入队尾，并把 inMemory[x] 设为 true。</w:t>
      </w:r>
    </w:p>
    <w:p>
      <w:pPr>
        <w:pStyle w:val="Heading2"/>
      </w:pPr>
      <w:r>
        <w:t>命中内存时不改变顺序</w:t>
      </w:r>
    </w:p>
    <w:p>
      <w:r>
        <w:rPr>
          <w:b/>
        </w:rPr>
        <w:t>命中时既不重复入队，也不把单词移到队尾。本题按进入内存的时间淘汰，访问已经在内存中的单词不会更新这个时间顺序。</w:t>
      </w:r>
    </w:p>
    <w:p>
      <w:r>
        <w:rPr>
          <w:b/>
        </w:rPr>
        <w:t>内存已满  新单词 4 需要进入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队首  →  [1]  [2]  [5]  ←  队尾</w:t>
      </w:r>
    </w:p>
    <w:p>
      <w:r>
        <w:rPr>
          <w:b/>
        </w:rPr>
        <w:t>淘汰最早进入的 1  再加入 4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队首  →  [2]  [5]  [4]  ←  队尾</w:t>
      </w:r>
    </w:p>
    <w:p>
      <w:pPr>
        <w:pStyle w:val="Heading1"/>
        <w:pageBreakBefore/>
      </w:pPr>
      <w:r>
        <w:t>十一 机器翻译的样例推演</w:t>
      </w:r>
    </w:p>
    <w:p>
      <w:pPr>
        <w:pStyle w:val="Heading2"/>
      </w:pPr>
      <w:r>
        <w:t>原题样例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2"/>
        </w:rPr>
        <w:t>输入：</w:t>
        <w:br/>
        <w:t>3 7</w:t>
        <w:br/>
        <w:t>1 2 1 5 4 4 1</w:t>
        <w:br/>
        <w:br/>
        <w:t>输出：</w:t>
        <w:br/>
        <w:t>5</w:t>
      </w:r>
    </w:p>
    <w:p>
      <w:r>
        <w:rPr>
          <w:b w:val="0"/>
        </w:rPr>
        <w:t>容量为 3，按文章顺序处理 7 个单词。下表中的队列统一按队首到队尾书写。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652"/>
        <w:gridCol w:w="1134"/>
        <w:gridCol w:w="3175"/>
        <w:gridCol w:w="2268"/>
        <w:gridCol w:w="1757"/>
      </w:tblGrid>
      <w:tr>
        <w:trPr>
          <w:cantSplit/>
          <w:tblHeader/>
        </w:trPr>
        <w:tc>
          <w:tcPr>
            <w:tcW w:type="dxa" w:w="652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8"/>
              </w:rPr>
              <w:t>步骤</w:t>
            </w:r>
          </w:p>
        </w:tc>
        <w:tc>
          <w:tcPr>
            <w:tcW w:type="dxa" w:w="652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8"/>
              </w:rPr>
              <w:t>单词</w:t>
            </w:r>
          </w:p>
        </w:tc>
        <w:tc>
          <w:tcPr>
            <w:tcW w:type="dxa" w:w="1134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8"/>
              </w:rPr>
              <w:t>状态</w:t>
            </w:r>
          </w:p>
        </w:tc>
        <w:tc>
          <w:tcPr>
            <w:tcW w:type="dxa" w:w="3175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8"/>
              </w:rPr>
              <w:t>操作</w:t>
            </w:r>
          </w:p>
        </w:tc>
        <w:tc>
          <w:tcPr>
            <w:tcW w:type="dxa" w:w="2268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8"/>
              </w:rPr>
              <w:t>队列</w:t>
            </w:r>
          </w:p>
        </w:tc>
        <w:tc>
          <w:tcPr>
            <w:tcW w:type="dxa" w:w="1757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8"/>
              </w:rPr>
              <w:t>累计次数</w:t>
            </w:r>
          </w:p>
        </w:tc>
      </w:tr>
      <w:tr>
        <w:trPr>
          <w:cantSplit/>
        </w:trPr>
        <w:tc>
          <w:tcPr>
            <w:tcW w:type="dxa" w:w="6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6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13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未命中</w:t>
            </w:r>
          </w:p>
        </w:tc>
        <w:tc>
          <w:tcPr>
            <w:tcW w:type="dxa" w:w="317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加入 1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75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652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52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13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未命中</w:t>
            </w:r>
          </w:p>
        </w:tc>
        <w:tc>
          <w:tcPr>
            <w:tcW w:type="dxa" w:w="317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加入 2</w:t>
            </w:r>
          </w:p>
        </w:tc>
        <w:tc>
          <w:tcPr>
            <w:tcW w:type="dxa" w:w="2268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1、2</w:t>
            </w:r>
          </w:p>
        </w:tc>
        <w:tc>
          <w:tcPr>
            <w:tcW w:type="dxa" w:w="1757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6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6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13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命中</w:t>
            </w:r>
          </w:p>
        </w:tc>
        <w:tc>
          <w:tcPr>
            <w:tcW w:type="dxa" w:w="317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保持不变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1、2</w:t>
            </w:r>
          </w:p>
        </w:tc>
        <w:tc>
          <w:tcPr>
            <w:tcW w:type="dxa" w:w="175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652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652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13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未命中</w:t>
            </w:r>
          </w:p>
        </w:tc>
        <w:tc>
          <w:tcPr>
            <w:tcW w:type="dxa" w:w="317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加入 5</w:t>
            </w:r>
          </w:p>
        </w:tc>
        <w:tc>
          <w:tcPr>
            <w:tcW w:type="dxa" w:w="2268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1、2、5</w:t>
            </w:r>
          </w:p>
        </w:tc>
        <w:tc>
          <w:tcPr>
            <w:tcW w:type="dxa" w:w="1757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6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6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13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未命中</w:t>
            </w:r>
          </w:p>
        </w:tc>
        <w:tc>
          <w:tcPr>
            <w:tcW w:type="dxa" w:w="317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淘汰 1，加入 4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2、5、4</w:t>
            </w:r>
          </w:p>
        </w:tc>
        <w:tc>
          <w:tcPr>
            <w:tcW w:type="dxa" w:w="175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652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652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134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命中</w:t>
            </w:r>
          </w:p>
        </w:tc>
        <w:tc>
          <w:tcPr>
            <w:tcW w:type="dxa" w:w="3175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保持不变</w:t>
            </w:r>
          </w:p>
        </w:tc>
        <w:tc>
          <w:tcPr>
            <w:tcW w:type="dxa" w:w="2268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2、5、4</w:t>
            </w:r>
          </w:p>
        </w:tc>
        <w:tc>
          <w:tcPr>
            <w:tcW w:type="dxa" w:w="1757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6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6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13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未命中</w:t>
            </w:r>
          </w:p>
        </w:tc>
        <w:tc>
          <w:tcPr>
            <w:tcW w:type="dxa" w:w="317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淘汰 2，加入 1</w:t>
            </w:r>
          </w:p>
        </w:tc>
        <w:tc>
          <w:tcPr>
            <w:tcW w:type="dxa" w:w="22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5、4、1</w:t>
            </w:r>
          </w:p>
        </w:tc>
        <w:tc>
          <w:tcPr>
            <w:tcW w:type="dxa" w:w="175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8"/>
              </w:rPr>
              <w:t>5</w:t>
            </w:r>
          </w:p>
        </w:tc>
      </w:tr>
    </w:tbl>
    <w:p>
      <w:pPr>
        <w:pStyle w:val="Heading2"/>
      </w:pPr>
      <w:r>
        <w:t>第 5 步为什么淘汰 1</w:t>
      </w:r>
    </w:p>
    <w:p>
      <w:r>
        <w:rPr>
          <w:b w:val="0"/>
        </w:rPr>
        <w:t>处理第 4 个单词后，队列为 [1, 2, 5]。单词 4 不在内存中，需要查词典。内存已满，所以先删除最早存入的 1，再把 4 放到队尾，得到 [2, 5, 4]。</w:t>
      </w:r>
    </w:p>
    <w:p>
      <w:r>
        <w:rPr>
          <w:b w:val="0"/>
        </w:rPr>
        <w:t>虽然第 3 步访问过 1，但它仍然是最早存入的单词。访问只使用已有内容，不改变 FIFO 的存入顺序。</w:t>
      </w:r>
    </w:p>
    <w:p>
      <w:pPr>
        <w:pStyle w:val="Heading2"/>
      </w:pPr>
      <w:r>
        <w:t>第 7 步为什么再次查 1</w:t>
      </w:r>
    </w:p>
    <w:p>
      <w:r>
        <w:rPr>
          <w:b w:val="0"/>
        </w:rPr>
        <w:t>单词 1 在第 5 步已被淘汰，inMemory[1] 应变为 false。因此第 7 步再次遇到 1 时，需要重新查词典，并淘汰当前队首 2，最后得到 [5, 4, 1]。</w:t>
      </w:r>
    </w:p>
    <w:p>
      <w:r>
        <w:rPr>
          <w:b w:val="0"/>
        </w:rPr>
        <w:t>发生查词典的步骤为第 1、2、4、5、7 步，所以答案是 5。</w:t>
      </w:r>
    </w:p>
    <w:p>
      <w:pPr>
        <w:pStyle w:val="Heading1"/>
        <w:pageBreakBefore/>
      </w:pPr>
      <w:r>
        <w:t>十二 机器翻译的代码与分析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18"/>
        </w:rPr>
        <w:t>#include &lt;iostream&gt;</w:t>
        <w:br/>
        <w:t>#include &lt;queue&gt;</w:t>
        <w:br/>
        <w:t>using namespace std;</w:t>
        <w:br/>
        <w:br/>
        <w:t>int main() {</w:t>
        <w:br/>
        <w:t xml:space="preserve">    int M, N;</w:t>
        <w:br/>
        <w:t xml:space="preserve">    cin &gt;&gt; M &gt;&gt; N;</w:t>
        <w:br/>
        <w:t xml:space="preserve">    queue&lt;int&gt; q;</w:t>
        <w:br/>
        <w:t xml:space="preserve">    bool inMemory[1001] = {};</w:t>
        <w:br/>
        <w:t xml:space="preserve">    int answer = 0;</w:t>
        <w:br/>
        <w:br/>
        <w:t xml:space="preserve">    for (int i = 0; i &lt; N; i++) {</w:t>
        <w:br/>
        <w:t xml:space="preserve">        int x;</w:t>
        <w:br/>
        <w:t xml:space="preserve">        cin &gt;&gt; x;</w:t>
        <w:br/>
        <w:t xml:space="preserve">        if (inMemory[x]) continue;</w:t>
        <w:br/>
        <w:t xml:space="preserve">        answer++;</w:t>
        <w:br/>
        <w:t xml:space="preserve">        if (static_cast&lt;int&gt;(q.size()) == M) {</w:t>
        <w:br/>
        <w:t xml:space="preserve">            int oldest = q.front();</w:t>
        <w:br/>
        <w:t xml:space="preserve">            q.pop();</w:t>
        <w:br/>
        <w:t xml:space="preserve">            inMemory[oldest] = false;</w:t>
        <w:br/>
        <w:t xml:space="preserve">        }</w:t>
        <w:br/>
        <w:t xml:space="preserve">        q.push(x);</w:t>
        <w:br/>
        <w:t xml:space="preserve">        inMemory[x] = true;</w:t>
        <w:br/>
        <w:t xml:space="preserve">    }</w:t>
        <w:br/>
        <w:t xml:space="preserve">    cout &lt;&lt; answer &lt;&lt; '\n';</w:t>
        <w:br/>
        <w:t xml:space="preserve">    return 0;</w:t>
        <w:br/>
        <w:t>}</w:t>
      </w:r>
    </w:p>
    <w:p>
      <w:pPr>
        <w:pStyle w:val="Heading2"/>
      </w:pPr>
      <w:r>
        <w:t>关键细节</w:t>
      </w:r>
    </w:p>
    <w:p>
      <w:r>
        <w:rPr>
          <w:b w:val="0"/>
        </w:rPr>
        <w:t>命中时 continue，不增加答案、不调整队列。未命中时 answer++，与内存是否已满无关。淘汰时清除旧标记，插入时设置新标记，确保队列和标记数组同步。</w:t>
      </w:r>
    </w:p>
    <w:p>
      <w:pPr>
        <w:pStyle w:val="Heading2"/>
      </w:pPr>
      <w:r>
        <w:t>正确性与复杂度</w:t>
      </w:r>
    </w:p>
    <w:p>
      <w:r>
        <w:rPr>
          <w:b w:val="0"/>
        </w:rPr>
        <w:t>处理每个单词之前，队列按存入时间保存内存中的单词，标记数组准确反映当前是否存在。命中时保持不变；未命中时按需淘汰队首，再插入新单词并同步标记，所以每次操作都符合题意。</w:t>
      </w:r>
    </w:p>
    <w:p>
      <w:r>
        <w:rPr>
          <w:b w:val="0"/>
        </w:rPr>
        <w:t>设最大单词编号为 U，含标记初始化的时间复杂度为 O(N + U)，空间复杂度为 O(M + U)。本题 U = 1000 固定，通常将时间复杂度记为 O(N)。</w:t>
      </w:r>
    </w:p>
    <w:p>
      <w:pPr>
        <w:pStyle w:val="Heading1"/>
        <w:pageBreakBefore/>
      </w:pPr>
      <w:r>
        <w:t>十三 常见错误与课堂自测</w:t>
      </w:r>
    </w:p>
    <w:p>
      <w:pPr>
        <w:pStyle w:val="Heading2"/>
      </w:pPr>
      <w:r>
        <w:t>常见错误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rPr>
          <w:cantSplit/>
          <w:tblHeader/>
        </w:trPr>
        <w:tc>
          <w:tcPr>
            <w:tcW w:type="dxa" w:w="3969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错误</w:t>
            </w:r>
          </w:p>
        </w:tc>
        <w:tc>
          <w:tcPr>
            <w:tcW w:type="dxa" w:w="5669"/>
            <w:vAlign w:val="center"/>
            <w:shd w:fill="E7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正确理解或修正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int x = q.pop()</w:t>
            </w:r>
          </w:p>
        </w:tc>
        <w:tc>
          <w:tcPr>
            <w:tcW w:type="dxa" w:w="566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先用 front() 保存值，再 pop()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空队列调用 front 或 pop</w:t>
            </w:r>
          </w:p>
        </w:tc>
        <w:tc>
          <w:tcPr>
            <w:tcW w:type="dxa" w:w="5669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调用前保证非空，可用 empty() 判断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while 循环只读取不删除</w:t>
            </w:r>
          </w:p>
        </w:tc>
        <w:tc>
          <w:tcPr>
            <w:tcW w:type="dxa" w:w="566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循环中调用 pop()，否则可能死循环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机器翻译命中后重新入队</w:t>
            </w:r>
          </w:p>
        </w:tc>
        <w:tc>
          <w:tcPr>
            <w:tcW w:type="dxa" w:w="5669"/>
            <w:vAlign w:val="center"/>
            <w:shd w:fill="F6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命中时保持队列顺序不变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淘汰后不清除标记</w:t>
            </w:r>
          </w:p>
        </w:tc>
        <w:tc>
          <w:tcPr>
            <w:tcW w:type="dxa" w:w="566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69" w:lineRule="auto"/>
            </w:pPr>
            <w:r>
              <w:rPr>
                <w:b w:val="0"/>
                <w:sz w:val="19"/>
              </w:rPr>
              <w:t>同步执行 inMemory[oldest] = false</w:t>
            </w:r>
          </w:p>
        </w:tc>
      </w:tr>
    </w:tbl>
    <w:p>
      <w:pPr>
        <w:pStyle w:val="Heading2"/>
      </w:pPr>
      <w:r>
        <w:t>练习题</w:t>
      </w:r>
    </w:p>
    <w:p>
      <w:r>
        <w:rPr>
          <w:b w:val="0"/>
        </w:rPr>
        <w:t>1．依次执行下面的操作，写出最终队列、队首、队尾和长度。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1"/>
        </w:rPr>
        <w:t>q.push(5); q.push(8); q.pop();</w:t>
        <w:br/>
        <w:t>q.push(3); q.push(6); q.pop();</w:t>
      </w:r>
    </w:p>
    <w:p>
      <w:r>
        <w:rPr>
          <w:b w:val="0"/>
        </w:rPr>
        <w:t>2．将 9、2、7 依次入队，再连续出队三次，顺序是什么？</w:t>
      </w:r>
    </w:p>
    <w:p>
      <w:r>
        <w:rPr>
          <w:b w:val="0"/>
        </w:rPr>
        <w:t>3．队列为 [4, 5, 6]，执行下面代码，队列变成什么？</w:t>
      </w:r>
    </w:p>
    <w:p>
      <w:pPr>
        <w:keepLines/>
        <w:spacing w:before="60" w:after="140" w:line="247" w:lineRule="auto"/>
      </w:pPr>
      <w:r>
        <w:rPr>
          <w:rFonts w:ascii="Consolas" w:hAnsi="Consolas" w:eastAsia="Microsoft YaHei"/>
          <w:sz w:val="21"/>
        </w:rPr>
        <w:t>int x = q.front();</w:t>
        <w:br/>
        <w:t>q.pop();</w:t>
        <w:br/>
        <w:t>q.push(x);</w:t>
      </w:r>
    </w:p>
    <w:p>
      <w:r>
        <w:rPr>
          <w:b w:val="0"/>
        </w:rPr>
        <w:t>4．机器翻译的容量为 2，单词序列为 1、2、1、3、1，共查几次词典？</w:t>
      </w:r>
    </w:p>
    <w:p>
      <w:pPr>
        <w:pStyle w:val="Heading2"/>
      </w:pPr>
      <w:r>
        <w:t>参考答案</w:t>
      </w:r>
    </w:p>
    <w:p>
      <w:r>
        <w:rPr>
          <w:b w:val="0"/>
        </w:rPr>
        <w:t>1．队列为 [3, 6]，队首 3，队尾 6，长度 2。</w:t>
        <w:br/>
        <w:t>2．9、2、7。FIFO 按入队时间处理，不按数值大小排序。</w:t>
        <w:br/>
        <w:t>3．[5, 6, 4]，即把原队首移到队尾。</w:t>
        <w:br/>
        <w:t>4．4 次。队列依次为 [1]、[1, 2]、[1, 2]、[2, 3]、[3, 1]，第 3 个单词命中，其余均需查词典。</w:t>
      </w:r>
    </w:p>
    <w:p>
      <w:r>
        <w:rPr>
          <w:b/>
        </w:rPr>
        <w:t>学完后应能说明：为什么从队尾进入、从队首离开；为什么读取不等于删除；题目中的哪条规则对应 FIFO。</w:t>
      </w:r>
    </w:p>
    <w:sectPr w:rsidR="00FC693F" w:rsidRPr="0006063C" w:rsidSect="00034616">
      <w:footerReference w:type="default" r:id="rId9"/>
      <w:pgSz w:w="11906" w:h="16838"/>
      <w:pgMar w:top="1020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队列知识点讲义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18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icrosoft YaHei" w:hAnsi="Microsoft YaHei" w:eastAsia="Microsoft YaHe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icrosoft YaHei" w:hAnsi="Microsoft YaHei" w:eastAsia="Microsoft YaHe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队列知识点讲义</dc:title>
  <dc:subject>FIFO 入队 出队 C++17 与洛谷例题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